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F0B2B" w14:textId="77777777" w:rsidR="004C57E7" w:rsidRDefault="00000000">
      <w:pPr>
        <w:jc w:val="center"/>
      </w:pPr>
      <w:r>
        <w:rPr>
          <w:i/>
        </w:rPr>
        <w:t>[PRINT ON SCHOOL LETTERHEAD]</w:t>
      </w:r>
    </w:p>
    <w:p w14:paraId="543C4CB5" w14:textId="77777777" w:rsidR="004C57E7" w:rsidRDefault="00000000">
      <w:r>
        <w:t>Date: [DATE]</w:t>
      </w:r>
    </w:p>
    <w:p w14:paraId="28579EA9" w14:textId="77777777" w:rsidR="004C57E7" w:rsidRDefault="00000000">
      <w:r>
        <w:rPr>
          <w:b/>
        </w:rPr>
        <w:t>To: Department of Home Affairs, Australia</w:t>
      </w:r>
    </w:p>
    <w:p w14:paraId="446E8A3E" w14:textId="77777777" w:rsidR="004C57E7" w:rsidRDefault="00000000">
      <w:pPr>
        <w:jc w:val="center"/>
      </w:pPr>
      <w:r>
        <w:rPr>
          <w:b/>
        </w:rPr>
        <w:t>CERTIFICATE OF ENROLMENT</w:t>
      </w:r>
    </w:p>
    <w:p w14:paraId="5FBA45FC" w14:textId="77777777" w:rsidR="004C57E7" w:rsidRDefault="00000000">
      <w:r>
        <w:t>This is to certify that [STUDENT FULL NAME], born [DATE OF BIRTH], passport no. [ ], is a student of grade [ ] at [SCHOOL NAME] for the [YYYY–YYYY] academic year. The school has been informed that the student will travel to Australia with [his/her] parents from [DATE] to [DATE] and will continue [his/her] studies on return on [DATE].</w:t>
      </w:r>
    </w:p>
    <w:p w14:paraId="081BD01B" w14:textId="77777777" w:rsidR="004C57E7" w:rsidRDefault="00000000">
      <w:r>
        <w:br/>
        <w:t>______________________</w:t>
      </w:r>
      <w:r>
        <w:br/>
        <w:t>[NAME], [Director / Class teacher]</w:t>
      </w:r>
      <w:r>
        <w:br/>
        <w:t>(signature and school seal)</w:t>
      </w:r>
    </w:p>
    <w:p w14:paraId="2E0B6371" w14:textId="77777777" w:rsidR="004C57E7" w:rsidRDefault="00000000">
      <w:r>
        <w:br w:type="page"/>
      </w:r>
    </w:p>
    <w:p w14:paraId="05F2B268" w14:textId="01C8C366" w:rsidR="004C57E7" w:rsidRDefault="00000000">
      <w:pPr>
        <w:jc w:val="center"/>
      </w:pPr>
      <w:r>
        <w:rPr>
          <w:i/>
        </w:rPr>
        <w:lastRenderedPageBreak/>
        <w:t xml:space="preserve">[СУРГУУЛИЙН </w:t>
      </w:r>
      <w:r w:rsidR="008936A7">
        <w:rPr>
          <w:i/>
        </w:rPr>
        <w:t xml:space="preserve">АЛБАН ЁСНЫ </w:t>
      </w:r>
      <w:r>
        <w:rPr>
          <w:i/>
        </w:rPr>
        <w:t>ХЭВЛЭМЭЛ ХУУДС</w:t>
      </w:r>
      <w:r w:rsidR="008936A7">
        <w:rPr>
          <w:i/>
        </w:rPr>
        <w:t>АН</w:t>
      </w:r>
      <w:r>
        <w:rPr>
          <w:i/>
        </w:rPr>
        <w:t xml:space="preserve"> ДЭЭР]</w:t>
      </w:r>
      <w:r w:rsidR="008936A7">
        <w:rPr>
          <w:i/>
        </w:rPr>
        <w:t xml:space="preserve"> (Байхгүй бол энэ загвараар шууд)</w:t>
      </w:r>
    </w:p>
    <w:p w14:paraId="4AB2F6C7" w14:textId="77777777" w:rsidR="004C57E7" w:rsidRDefault="00000000">
      <w:r>
        <w:t>Огноо: [ОГНОО]</w:t>
      </w:r>
    </w:p>
    <w:p w14:paraId="4EB21692" w14:textId="77777777" w:rsidR="004C57E7" w:rsidRDefault="00000000">
      <w:r>
        <w:rPr>
          <w:b/>
        </w:rPr>
        <w:t>Хэнд: Австралийн Дотоод хэргийн яам</w:t>
      </w:r>
    </w:p>
    <w:p w14:paraId="2118B68F" w14:textId="77777777" w:rsidR="004C57E7" w:rsidRDefault="00000000">
      <w:pPr>
        <w:jc w:val="center"/>
      </w:pPr>
      <w:r>
        <w:rPr>
          <w:b/>
        </w:rPr>
        <w:t>ТОДОРХОЙЛОЛТ</w:t>
      </w:r>
    </w:p>
    <w:p w14:paraId="4C20456B" w14:textId="77777777" w:rsidR="004C57E7" w:rsidRDefault="00000000">
      <w:r>
        <w:t>[СУРАГЧИЙН ОВОГ НЭР] (төрсөн огноо: [ОГНОО], паспортын дугаар: [ ]) нь [СУРГУУЛИЙН НЭР]-ийн [ ]-р ангид [YYYY–YYYY] оны хичээлийн жилд суралцаж байгааг тодорхойлов. Тус сурагч эцэг эхийн хамт [ОГНОО]-ноос [ОГНОО] хүртэл Австрали Улсад аялах бөгөөд буцаж ирээд [ОГНОО]-ноос хичээлдээ үргэлжлүүлэн суралцана.</w:t>
      </w:r>
    </w:p>
    <w:p w14:paraId="0D13FFED" w14:textId="77777777" w:rsidR="004C57E7" w:rsidRDefault="00000000">
      <w:r>
        <w:br/>
        <w:t>______________________</w:t>
      </w:r>
      <w:r>
        <w:br/>
        <w:t>[НЭР], [Захирал / Анги удирдсан багш]</w:t>
      </w:r>
      <w:r>
        <w:br/>
        <w:t>(гарын үсэг, тамга)</w:t>
      </w:r>
    </w:p>
    <w:sectPr w:rsidR="004C57E7" w:rsidSect="00034616">
      <w:headerReference w:type="default" r:id="rId8"/>
      <w:footerReference w:type="default" r:id="rId11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DEA38" w14:textId="77777777" w:rsidR="00986EC1" w:rsidRDefault="00986EC1">
      <w:pPr>
        <w:spacing w:after="0" w:line="240" w:lineRule="auto"/>
      </w:pPr>
      <w:r>
        <w:separator/>
      </w:r>
    </w:p>
  </w:endnote>
  <w:endnote w:type="continuationSeparator" w:id="0">
    <w:p w14:paraId="20CDF5A4" w14:textId="77777777" w:rsidR="00986EC1" w:rsidRDefault="00986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A625D" w14:textId="77777777" w:rsidR="00986EC1" w:rsidRDefault="00986EC1">
      <w:pPr>
        <w:spacing w:after="0" w:line="240" w:lineRule="auto"/>
      </w:pPr>
      <w:r>
        <w:separator/>
      </w:r>
    </w:p>
  </w:footnote>
  <w:footnote w:type="continuationSeparator" w:id="0">
    <w:p w14:paraId="716C6DBB" w14:textId="77777777" w:rsidR="00986EC1" w:rsidRDefault="00986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01D60" w14:textId="7667EE67" w:rsidR="004C57E7" w:rsidRDefault="004C57E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0704355">
    <w:abstractNumId w:val="8"/>
  </w:num>
  <w:num w:numId="2" w16cid:durableId="1548297792">
    <w:abstractNumId w:val="6"/>
  </w:num>
  <w:num w:numId="3" w16cid:durableId="1544364385">
    <w:abstractNumId w:val="5"/>
  </w:num>
  <w:num w:numId="4" w16cid:durableId="1079213354">
    <w:abstractNumId w:val="4"/>
  </w:num>
  <w:num w:numId="5" w16cid:durableId="1401562975">
    <w:abstractNumId w:val="7"/>
  </w:num>
  <w:num w:numId="6" w16cid:durableId="1615332927">
    <w:abstractNumId w:val="3"/>
  </w:num>
  <w:num w:numId="7" w16cid:durableId="499735634">
    <w:abstractNumId w:val="2"/>
  </w:num>
  <w:num w:numId="8" w16cid:durableId="1477381686">
    <w:abstractNumId w:val="1"/>
  </w:num>
  <w:num w:numId="9" w16cid:durableId="25547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57E7"/>
    <w:rsid w:val="00873C11"/>
    <w:rsid w:val="008936A7"/>
    <w:rsid w:val="00986EC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5CB108"/>
  <w14:defaultImageDpi w14:val="300"/>
  <w15:docId w15:val="{763FBB42-FF68-4339-BEE1-B059EA47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newcircus.org</dc:creator>
  <cp:keywords/>
  <dc:description>generated by python-docx</dc:description>
  <cp:lastModifiedBy>newcircus.org</cp:lastModifiedBy>
  <cp:revision>2</cp:revision>
  <dcterms:created xsi:type="dcterms:W3CDTF">2013-12-23T23:15:00Z</dcterms:created>
  <dcterms:modified xsi:type="dcterms:W3CDTF">2026-10-01T10:06:00Z</dcterms:modified>
  <cp:category/>
</cp:coreProperties>
</file>