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0E90B" w14:textId="77777777" w:rsidR="007F2D94" w:rsidRDefault="00000000">
      <w:pPr>
        <w:jc w:val="center"/>
      </w:pPr>
      <w:r>
        <w:rPr>
          <w:i/>
        </w:rPr>
        <w:t>[PRINT ON EMPLOYER LETTERHEAD – company name, address, phone, registration no.]</w:t>
      </w:r>
    </w:p>
    <w:p w14:paraId="16994D99" w14:textId="77777777" w:rsidR="007F2D94" w:rsidRDefault="00000000">
      <w:r>
        <w:t>Ref. no.: [ ]                                                            Date: [DATE]</w:t>
      </w:r>
    </w:p>
    <w:p w14:paraId="1242B124" w14:textId="77777777" w:rsidR="007F2D94" w:rsidRDefault="00000000">
      <w:r>
        <w:rPr>
          <w:b/>
        </w:rPr>
        <w:t>To: Department of Home Affairs, Australia</w:t>
      </w:r>
    </w:p>
    <w:p w14:paraId="23925B4A" w14:textId="77777777" w:rsidR="007F2D94" w:rsidRDefault="00000000">
      <w:pPr>
        <w:jc w:val="center"/>
      </w:pPr>
      <w:r>
        <w:rPr>
          <w:b/>
        </w:rPr>
        <w:t>EMPLOYMENT CERTIFICATE AND LEAVE APPROVAL</w:t>
      </w:r>
    </w:p>
    <w:p w14:paraId="40C4FBFA" w14:textId="77777777" w:rsidR="007F2D94" w:rsidRDefault="00000000">
      <w:r>
        <w:t>This is to certify that Mr/Ms [FULL NAME], born [DATE OF BIRTH], passport no. [PASSPORT NO.], has been employed by [COMPANY NAME] since [START DATE] as [POSITION] on a [permanent / fixed-term] full-time contract. [His/Her] current monthly salary is MNT [AMOUNT] (gross).</w:t>
      </w:r>
    </w:p>
    <w:p w14:paraId="60037458" w14:textId="77777777" w:rsidR="007F2D94" w:rsidRDefault="00000000">
      <w:r>
        <w:t>[He/She] has been granted [paid / unpaid] leave from [START DATE] to [END DATE] inclusive to travel to Australia for tourism. [His/Her] position will be kept, and [he/she] is expected to resume work on [RETURN DATE].</w:t>
      </w:r>
    </w:p>
    <w:p w14:paraId="7F933B97" w14:textId="77777777" w:rsidR="007F2D94" w:rsidRDefault="00000000">
      <w:r>
        <w:t>For verification, please contact: [NAME], [POSITION], phone [ ], email [ ].</w:t>
      </w:r>
    </w:p>
    <w:p w14:paraId="4E621813" w14:textId="77777777" w:rsidR="007F2D94" w:rsidRDefault="00000000">
      <w:r>
        <w:br/>
        <w:t>______________________</w:t>
      </w:r>
      <w:r>
        <w:br/>
        <w:t>[NAME], [POSITION – Director / HR Manager]</w:t>
      </w:r>
      <w:r>
        <w:br/>
        <w:t>(signature and company seal)</w:t>
      </w:r>
    </w:p>
    <w:p w14:paraId="2442736F" w14:textId="77777777" w:rsidR="007F2D94" w:rsidRDefault="00000000">
      <w:r>
        <w:br w:type="page"/>
      </w:r>
    </w:p>
    <w:p w14:paraId="24533DB2" w14:textId="758D6FF8" w:rsidR="007F2D94" w:rsidRDefault="00000000">
      <w:pPr>
        <w:jc w:val="center"/>
      </w:pPr>
      <w:r>
        <w:rPr>
          <w:i/>
        </w:rPr>
        <w:lastRenderedPageBreak/>
        <w:t xml:space="preserve">[БАЙГУУЛЛАГЫН </w:t>
      </w:r>
      <w:r w:rsidR="0077237E">
        <w:rPr>
          <w:i/>
        </w:rPr>
        <w:t>АЛБАН ТООТ</w:t>
      </w:r>
      <w:r>
        <w:rPr>
          <w:i/>
        </w:rPr>
        <w:t xml:space="preserve"> ХУУДАС ДЭЭР ХЭВЛЭНЭ – нэр, хаяг, утас, улсын бүртгэлийн дугаар]</w:t>
      </w:r>
    </w:p>
    <w:p w14:paraId="28729D5F" w14:textId="77777777" w:rsidR="007F2D94" w:rsidRDefault="00000000">
      <w:r>
        <w:t>Дугаар: [ ]                                                            Огноо: [ОГНОО]</w:t>
      </w:r>
    </w:p>
    <w:p w14:paraId="500C18D5" w14:textId="77777777" w:rsidR="007F2D94" w:rsidRDefault="00000000">
      <w:r>
        <w:rPr>
          <w:b/>
        </w:rPr>
        <w:t>Хэнд: Австралийн Дотоод хэргийн яам (Department of Home Affairs)</w:t>
      </w:r>
    </w:p>
    <w:p w14:paraId="7B217C9D" w14:textId="77777777" w:rsidR="007F2D94" w:rsidRDefault="00000000">
      <w:pPr>
        <w:jc w:val="center"/>
      </w:pPr>
      <w:r>
        <w:rPr>
          <w:b/>
        </w:rPr>
        <w:t>АЖЛЫН ГАЗРЫН ТОДОРХОЙЛОЛТ, ЧӨЛӨӨ ОЛГОСОН ТУХАЙ</w:t>
      </w:r>
    </w:p>
    <w:p w14:paraId="4EB6A00D" w14:textId="4D85E401" w:rsidR="007F2D94" w:rsidRDefault="00000000">
      <w:r>
        <w:t>[ОВОГ НЭР] (төрсөн огноо: [ОГНОО], гадаад паспортын дугаар: [ДУГААР]) нь [БАЙГУУЛЛАГЫН НЭР</w:t>
      </w:r>
      <w:r w:rsidR="0077237E">
        <w:t xml:space="preserve"> болон РД</w:t>
      </w:r>
      <w:r>
        <w:t>]-д [ОГНОО]-ноос хойш [АЛБАН ТУШААЛ]-ын албан тушаалд [үндсэн / хугацаатай] гэрээгээр бүтэн цагаар ажиллаж байгааг үүгээр тодорхойлж байна. Түүний сарын үндсэн цалин (татвар суутгахаас өмнө) [ДҮН] төгрөг болно.</w:t>
      </w:r>
    </w:p>
    <w:p w14:paraId="4F26E6DE" w14:textId="77777777" w:rsidR="007F2D94" w:rsidRDefault="00000000">
      <w:r>
        <w:t>Түүнд Австрали Улс руу аялал жуулчлалын зорилгоор зорчих тул [ЭХЛЭХ ОГНОО]-оос [ДУУСАХ ОГНОО]-ны хооронд [цалинтай / цалингүй] чөлөө олгосон. Түүний ажлын байр хадгалагдах бөгөөд [АЖИЛД ГАРАХ ОГНОО]-нд ажилдаа эргэн орно.</w:t>
      </w:r>
    </w:p>
    <w:p w14:paraId="2273ABD1" w14:textId="77777777" w:rsidR="007F2D94" w:rsidRDefault="00000000">
      <w:r>
        <w:t>Лавлах: [НЭР], [АЛБАН ТУШААЛ], утас [ ], и-мэйл [ ].</w:t>
      </w:r>
    </w:p>
    <w:p w14:paraId="4A932A3F" w14:textId="77777777" w:rsidR="007F2D94" w:rsidRDefault="00000000">
      <w:r>
        <w:br/>
        <w:t>______________________</w:t>
      </w:r>
      <w:r>
        <w:br/>
        <w:t>[НЭР], [АЛБАН ТУШААЛ – Захирал / Хүний нөөцийн менежер]</w:t>
      </w:r>
      <w:r>
        <w:br/>
        <w:t>(гарын үсэг, тамга)</w:t>
      </w:r>
    </w:p>
    <w:sectPr w:rsidR="007F2D94" w:rsidSect="00034616">
      <w:headerReference w:type="default" r:id="rId8"/>
      <w:footerReference w:type="default" r:id="rId11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F38A7" w14:textId="77777777" w:rsidR="00C67E85" w:rsidRDefault="00C67E85">
      <w:pPr>
        <w:spacing w:after="0" w:line="240" w:lineRule="auto"/>
      </w:pPr>
      <w:r>
        <w:separator/>
      </w:r>
    </w:p>
  </w:endnote>
  <w:endnote w:type="continuationSeparator" w:id="0">
    <w:p w14:paraId="0EAD9459" w14:textId="77777777" w:rsidR="00C67E85" w:rsidRDefault="00C67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F2001" w14:textId="77777777" w:rsidR="00C67E85" w:rsidRDefault="00C67E85">
      <w:pPr>
        <w:spacing w:after="0" w:line="240" w:lineRule="auto"/>
      </w:pPr>
      <w:r>
        <w:separator/>
      </w:r>
    </w:p>
  </w:footnote>
  <w:footnote w:type="continuationSeparator" w:id="0">
    <w:p w14:paraId="60950E4C" w14:textId="77777777" w:rsidR="00C67E85" w:rsidRDefault="00C67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D037" w14:textId="66C55915" w:rsidR="007F2D94" w:rsidRDefault="007F2D9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8095534">
    <w:abstractNumId w:val="8"/>
  </w:num>
  <w:num w:numId="2" w16cid:durableId="668036">
    <w:abstractNumId w:val="6"/>
  </w:num>
  <w:num w:numId="3" w16cid:durableId="1228300566">
    <w:abstractNumId w:val="5"/>
  </w:num>
  <w:num w:numId="4" w16cid:durableId="1888684533">
    <w:abstractNumId w:val="4"/>
  </w:num>
  <w:num w:numId="5" w16cid:durableId="1264727772">
    <w:abstractNumId w:val="7"/>
  </w:num>
  <w:num w:numId="6" w16cid:durableId="916331580">
    <w:abstractNumId w:val="3"/>
  </w:num>
  <w:num w:numId="7" w16cid:durableId="1192913205">
    <w:abstractNumId w:val="2"/>
  </w:num>
  <w:num w:numId="8" w16cid:durableId="345133335">
    <w:abstractNumId w:val="1"/>
  </w:num>
  <w:num w:numId="9" w16cid:durableId="67582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7237E"/>
    <w:rsid w:val="007F2D94"/>
    <w:rsid w:val="00873C11"/>
    <w:rsid w:val="00AA1D8D"/>
    <w:rsid w:val="00B47730"/>
    <w:rsid w:val="00C67E8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51537A"/>
  <w14:defaultImageDpi w14:val="300"/>
  <w15:docId w15:val="{763FBB42-FF68-4339-BEE1-B059EA47C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newcircus.org</dc:creator>
  <cp:keywords/>
  <dc:description>generated by python-docx</dc:description>
  <cp:lastModifiedBy>newcircus.org</cp:lastModifiedBy>
  <cp:revision>2</cp:revision>
  <dcterms:created xsi:type="dcterms:W3CDTF">2013-12-23T23:15:00Z</dcterms:created>
  <dcterms:modified xsi:type="dcterms:W3CDTF">2026-10-01T10:07:00Z</dcterms:modified>
  <cp:category/>
</cp:coreProperties>
</file>