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Илгээх баримтын жагсаалт / Document checklist — Visitor visa (600)</w:t>
      </w:r>
    </w:p>
    <w:p>
      <w:r>
        <w:t>Баримтыг монгол хэл дээр байгаагаар нь скан хийж (тод, бүтэн хуудсаар) info@newcircus.org руу илгээнэ. Орчуулгыг бид хийнэ. Хамаарахгүй мөрийг алгасна. / Scan clearly, send in Mongolian to info@newcircus.org; we translate. Skip lines that don't apply.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✓</w:t>
            </w:r>
          </w:p>
        </w:tc>
        <w:tc>
          <w:tcPr>
            <w:tcW w:type="dxa" w:w="2880"/>
          </w:tcPr>
          <w:p>
            <w:r>
              <w:t>Баримт / Document</w:t>
            </w:r>
          </w:p>
        </w:tc>
        <w:tc>
          <w:tcPr>
            <w:tcW w:type="dxa" w:w="2880"/>
          </w:tcPr>
          <w:p>
            <w:r>
              <w:t>Хэнд / Who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Бөглөсөн асуулга (01) / Completed questionnaire</w:t>
            </w:r>
          </w:p>
        </w:tc>
        <w:tc>
          <w:tcPr>
            <w:tcW w:type="dxa" w:w="2880"/>
          </w:tcPr>
          <w:p>
            <w:r>
              <w:t>Бүгд / All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Паспортын мэдээллийн хуудас (хүчинтэй) / Passport bio page (valid)</w:t>
            </w:r>
          </w:p>
        </w:tc>
        <w:tc>
          <w:tcPr>
            <w:tcW w:type="dxa" w:w="2880"/>
          </w:tcPr>
          <w:p>
            <w:r>
              <w:t>Хүн бүр / Each person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Иргэний үнэмлэх (хоёр тал) / National ID card (both sides)</w:t>
            </w:r>
          </w:p>
        </w:tc>
        <w:tc>
          <w:tcPr>
            <w:tcW w:type="dxa" w:w="2880"/>
          </w:tcPr>
          <w:p>
            <w:r>
              <w:t>Насанд хүрэгчид / Adults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Сүүлийн 6 сарын, цайвар дэвсгэртэй паспортын зураг / Recent passport-style photo</w:t>
            </w:r>
          </w:p>
        </w:tc>
        <w:tc>
          <w:tcPr>
            <w:tcW w:type="dxa" w:w="2880"/>
          </w:tcPr>
          <w:p>
            <w:r>
              <w:t>Хүн бүр / Each person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Банкны хуулга, сүүлийн 3 сар, гүйлгээ бүрээр, эзэмшигчийн нэртэй / Bank statement, last 3 months</w:t>
            </w:r>
          </w:p>
        </w:tc>
        <w:tc>
          <w:tcPr>
            <w:tcW w:type="dxa" w:w="2880"/>
          </w:tcPr>
          <w:p>
            <w:r>
              <w:t>Зардал төлөгч / Whoever pays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Ажлын газрын тодорхойлолт, чөлөө (загвар 03), гарын үсэг, тамгатай / Employer letter (template 03), signed and sealed</w:t>
            </w:r>
          </w:p>
        </w:tc>
        <w:tc>
          <w:tcPr>
            <w:tcW w:type="dxa" w:w="2880"/>
          </w:tcPr>
          <w:p>
            <w:r>
              <w:t>Ажилладаг бол / If employed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Улсын бүртгэлийн гэрчилгээ, татвар төлсөн баримт / Company registration and tax proof</w:t>
            </w:r>
          </w:p>
        </w:tc>
        <w:tc>
          <w:tcPr>
            <w:tcW w:type="dxa" w:w="2880"/>
          </w:tcPr>
          <w:p>
            <w:r>
              <w:t>Хувиараа бизнес бол / If self-employed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Тэтгэврийн үнэмлэх / Pension card</w:t>
            </w:r>
          </w:p>
        </w:tc>
        <w:tc>
          <w:tcPr>
            <w:tcW w:type="dxa" w:w="2880"/>
          </w:tcPr>
          <w:p>
            <w:r>
              <w:t>Тэтгэвэрт бол / If retired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Сургуулийн тодорхойлолт (загвар 04) / School letter (template 04)</w:t>
            </w:r>
          </w:p>
        </w:tc>
        <w:tc>
          <w:tcPr>
            <w:tcW w:type="dxa" w:w="2880"/>
          </w:tcPr>
          <w:p>
            <w:r>
              <w:t>Сурагч бол / If a student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Төрсний гэрчилгээ / Birth certificate</w:t>
            </w:r>
          </w:p>
        </w:tc>
        <w:tc>
          <w:tcPr>
            <w:tcW w:type="dxa" w:w="2880"/>
          </w:tcPr>
          <w:p>
            <w:r>
              <w:t>18 хүртэлх хүүхэд / Children under 18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Гэрлэлтийн гэрчилгээ / Marriage certificate</w:t>
            </w:r>
          </w:p>
        </w:tc>
        <w:tc>
          <w:tcPr>
            <w:tcW w:type="dxa" w:w="2880"/>
          </w:tcPr>
          <w:p>
            <w:r>
              <w:t>Хамт гаргах хос / Couples applying together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Хөрөнгийн гэрчилгээ (байр, машин) / Property, vehicle certificates</w:t>
            </w:r>
          </w:p>
        </w:tc>
        <w:tc>
          <w:tcPr>
            <w:tcW w:type="dxa" w:w="2880"/>
          </w:tcPr>
          <w:p>
            <w:r>
              <w:t>Байгаа бол / Optional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Урилга, хүлээн авагчийн статус, хаягийн баримт / Invitation, host status, address proof</w:t>
            </w:r>
          </w:p>
        </w:tc>
        <w:tc>
          <w:tcPr>
            <w:tcW w:type="dxa" w:w="2880"/>
          </w:tcPr>
          <w:p>
            <w:r>
              <w:t>Урьсан хүн байвал / If invited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Зөвшөөрлийн маягт Form 1229 + үнэмлэхний хуулбар / Form 1229 + ID copy</w:t>
            </w:r>
          </w:p>
        </w:tc>
        <w:tc>
          <w:tcPr>
            <w:tcW w:type="dxa" w:w="2880"/>
          </w:tcPr>
          <w:p>
            <w:r>
              <w:t>Хүүхэд эцэг эхийн нэгтэй явах бол / Child without one parent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Өмнөх виз, татгалзсан захидал / Previous visas, refusal letters</w:t>
            </w:r>
          </w:p>
        </w:tc>
        <w:tc>
          <w:tcPr>
            <w:tcW w:type="dxa" w:w="2880"/>
          </w:tcPr>
          <w:p>
            <w:r>
              <w:t>Байгаа бол / If any</w:t>
            </w:r>
          </w:p>
        </w:tc>
      </w:tr>
    </w:tbl>
    <w:p/>
    <w:p>
      <w:pPr>
        <w:pStyle w:val="ListBullet"/>
      </w:pPr>
      <w:r>
        <w:t>Паспортын хугацаа удахгүй дуусах бол өргөдлөөс ӨМНӨ шинэ паспорт авна — виз паспортын дугаартай холбогддог. / Renew a passport expiring soon BEFORE lodging.</w:t>
      </w:r>
    </w:p>
    <w:p>
      <w:pPr>
        <w:pStyle w:val="ListBullet"/>
      </w:pPr>
      <w:r>
        <w:t>Эх баримт шаардлагагүй; скан хангалттай. / Originals are not needed; scans are enough.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