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Асуулга — Австралийн жуулчны виз (600) / Questionnaire — Australian Visitor visa (600)</w:t>
      </w:r>
    </w:p>
    <w:p>
      <w:pPr>
        <w:pStyle w:val="ListBullet"/>
      </w:pPr>
      <w:r>
        <w:t>Бүх асуултад нэг удаа хариулаад, баримтуудын хамт info@newcircus.org руу илгээнэ. / Answer once and email with your documents to info@newcircus.org.</w:t>
      </w:r>
    </w:p>
    <w:p>
      <w:pPr>
        <w:pStyle w:val="ListBullet"/>
      </w:pPr>
      <w:r>
        <w:t>Нэр, хаягийг бичиг баримтад байгаагаар бичнэ. Тохирох нүдийг ☒ эсвэл ✓ тэмдэглэнэ. / Write names as in documents; tick ☒ or ✓.</w:t>
      </w:r>
    </w:p>
    <w:p>
      <w:pPr>
        <w:pStyle w:val="ListBullet"/>
      </w:pPr>
      <w:r>
        <w:t>Мэдэхгүй бол «мэдэхгүй», хамаарахгүй бол «хамаарахгүй» гэж бичнэ. «Хэрэв…» гэж эхэлсэн хэсэг хамаарахгүй бол алгасна. / Write 'unknown' or 'N/A'; skip 'If…' sections that don't apply.</w:t>
      </w:r>
    </w:p>
    <w:p>
      <w:pPr>
        <w:pStyle w:val="ListBullet"/>
      </w:pPr>
      <w:r>
        <w:t>Гэр бүлээрээ гаргах бол хүн бүрт нэг багана бөглөнө. Хүүхдийн өмнөөс эцэг эх нь хариулна. / For families, one column per person; parents answer for children.</w:t>
      </w:r>
    </w:p>
    <w:p>
      <w:pPr>
        <w:pStyle w:val="ListBullet"/>
      </w:pPr>
      <w:r>
        <w:t>Үнэнээр бичнэ. Худал мэдээлэл өгвөл виз татгалзаж болно. / Answer truthfully; false information can lead to refusal.</w:t>
      </w:r>
    </w:p>
    <w:p>
      <w:pPr>
        <w:pStyle w:val="Heading1"/>
      </w:pPr>
      <w:r>
        <w:t>1. Паспорт / Passport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Асуулт / Question</w:t>
            </w:r>
          </w:p>
        </w:tc>
        <w:tc>
          <w:tcPr>
            <w:tcW w:type="dxa" w:w="1728"/>
          </w:tcPr>
          <w:p>
            <w:r>
              <w:t>Хүн 1 / Person 1</w:t>
            </w:r>
          </w:p>
        </w:tc>
        <w:tc>
          <w:tcPr>
            <w:tcW w:type="dxa" w:w="1728"/>
          </w:tcPr>
          <w:p>
            <w:r>
              <w:t>Хүн 2</w:t>
            </w:r>
          </w:p>
        </w:tc>
        <w:tc>
          <w:tcPr>
            <w:tcW w:type="dxa" w:w="1728"/>
          </w:tcPr>
          <w:p>
            <w:r>
              <w:t>Хүн 3</w:t>
            </w:r>
          </w:p>
        </w:tc>
        <w:tc>
          <w:tcPr>
            <w:tcW w:type="dxa" w:w="1728"/>
          </w:tcPr>
          <w:p>
            <w:r>
              <w:t>Хүн 4</w:t>
            </w:r>
          </w:p>
        </w:tc>
      </w:tr>
      <w:tr>
        <w:tc>
          <w:tcPr>
            <w:tcW w:type="dxa" w:w="1728"/>
          </w:tcPr>
          <w:p>
            <w:r>
              <w:t>Овог (паспортод) / Family name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Нэр (паспортод) / Given name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Хүйс / Sex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Төрсөн огноо / Date of birth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Иргэншил / Nationality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Паспортын дугаар / Passport no.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Олгосон огноо / Issued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Дуусах огноо / Expires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Олгосон байгууллага / Issuing authority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Регистрийн дугаар / National ID no.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Өргөдлөөс өмнө хугацаа дуусах бол шинэ паспорт авсан уу? (алгасна, хамаарахгүй бол) / New passport if expiring? (skip if N/A)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2. Таны тухай / About you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Асуулт / Question</w:t>
            </w:r>
          </w:p>
        </w:tc>
        <w:tc>
          <w:tcPr>
            <w:tcW w:type="dxa" w:w="1728"/>
          </w:tcPr>
          <w:p>
            <w:r>
              <w:t>Хүн 1 / Person 1</w:t>
            </w:r>
          </w:p>
        </w:tc>
        <w:tc>
          <w:tcPr>
            <w:tcW w:type="dxa" w:w="1728"/>
          </w:tcPr>
          <w:p>
            <w:r>
              <w:t>Хүн 2</w:t>
            </w:r>
          </w:p>
        </w:tc>
        <w:tc>
          <w:tcPr>
            <w:tcW w:type="dxa" w:w="1728"/>
          </w:tcPr>
          <w:p>
            <w:r>
              <w:t>Хүн 3</w:t>
            </w:r>
          </w:p>
        </w:tc>
        <w:tc>
          <w:tcPr>
            <w:tcW w:type="dxa" w:w="1728"/>
          </w:tcPr>
          <w:p>
            <w:r>
              <w:t>Хүн 4</w:t>
            </w:r>
          </w:p>
        </w:tc>
      </w:tr>
      <w:tr>
        <w:tc>
          <w:tcPr>
            <w:tcW w:type="dxa" w:w="1728"/>
          </w:tcPr>
          <w:p>
            <w:r>
              <w:t>Ургийн овог, эцэг/эхийн нэр, нэр (кириллээр) / Clan, patronymic, name (Cyrillic)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Өөр нэрээр нэрлэгдэж байсан уу? ☐Тийм ☐Үгүй / Other names?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Төрсөн хот/сум, аймаг/дүүрэг, улс / Place of birth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Гэрлэлтийн байдал / Marital status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Өөр иргэншил, өөр паспорт байгаа юу? / Other citizenship or passport?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Иргэний үнэмлэх: дугаар, олгосон, дуусах / National ID card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Хамт гаргах хүмүүстэй ямар холбоотой (эхнэр/нөхөр, хүүхэд) / Relationship to co-applicants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3. Гэр бүл / Family</w:t>
      </w:r>
    </w:p>
    <w:p>
      <w:r>
        <w:t>Хамт гаргах хүн бүрийн хувьд бичнэ. Нас барсан бол «нас барсан». / For each applicant; write 'deceased' if applicable.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Асуулт / Question</w:t>
            </w:r>
          </w:p>
        </w:tc>
        <w:tc>
          <w:tcPr>
            <w:tcW w:type="dxa" w:w="4320"/>
          </w:tcPr>
          <w:p>
            <w:r>
              <w:t>Хариулт / Answer</w:t>
            </w:r>
          </w:p>
        </w:tc>
      </w:tr>
      <w:tr>
        <w:tc>
          <w:tcPr>
            <w:tcW w:type="dxa" w:w="4320"/>
          </w:tcPr>
          <w:p>
            <w:r>
              <w:t>Эцэг, эх: нэр, төрсөн огноо, хаяг / Parents: name, DOB,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Ах эгч дүүс: нэр, төрсөн огноо, хаяг / Siblings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Тантай хамт явахгүй хүүхэд, эхнэр/нөхөр / Children or partner not travelling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Хүүхдийн асран хамгаалах эрхийн шүүхийн шийдвэр бий юу? (хүүхэдгүй бол алгасна) / Custody order? (skip if no children)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4. Хаяг, холбоо барих / Address and 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Асуулт / Question</w:t>
            </w:r>
          </w:p>
        </w:tc>
        <w:tc>
          <w:tcPr>
            <w:tcW w:type="dxa" w:w="4320"/>
          </w:tcPr>
          <w:p>
            <w:r>
              <w:t>Хариулт / Answer</w:t>
            </w:r>
          </w:p>
        </w:tc>
      </w:tr>
      <w:tr>
        <w:tc>
          <w:tcPr>
            <w:tcW w:type="dxa" w:w="4320"/>
          </w:tcPr>
          <w:p>
            <w:r>
              <w:t>Гэрийн хаяг (хот, дүүрэг, хороо, байр, тоот) / Home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Шуудангийн хаяг (өөр бол) / Postal address if different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Гар утас (хүн бүр) / Mobile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И-мэйл / 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Яаралтай үед холбогдох хүн (Монголд, хамт явахгүй): нэр, хамаарал, утас / Emergency contact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Өргөдлөөс шийдвэр хүртэл бүгд Австралиас гадна байх уу? / Outside Australia until decision?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5. Аялал / Trip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Асуулт / Question</w:t>
            </w:r>
          </w:p>
        </w:tc>
        <w:tc>
          <w:tcPr>
            <w:tcW w:type="dxa" w:w="4320"/>
          </w:tcPr>
          <w:p>
            <w:r>
              <w:t>Хариулт / Answer</w:t>
            </w:r>
          </w:p>
        </w:tc>
      </w:tr>
      <w:tr>
        <w:tc>
          <w:tcPr>
            <w:tcW w:type="dxa" w:w="4320"/>
          </w:tcPr>
          <w:p>
            <w:r>
              <w:t>Аяллын зорилго: ☐Аялал ☐Гэр бүл/найз ☐Усан онгоц ☐Бусад / Purpose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Юу үзэж, юу хийх вэ / Plans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Очих, буцах огноо / Arrival and departure dates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Хүсэх визийн хугацаа: ☐3 сар ☐6 сар ☐12 сар / Stay requested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Нэг удаа / олон удаа орох / Single or multiple entry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Хот бүрийн байр: хот, огноо, буудал/хүлээн авагч / Accommodation per city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Нислэг (мэдэж байвал) / Flights if known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Даатгал: ☐Явахаас өмнө авна ☐Байгаа / Travel insurance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Ойролцоо нийт зардал / Estimated total cost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Хамт явах, өргөдөлд ороогүй хүн (байвал) / Others travelling with you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6. Австралид таних хүн (хамаарахгүй бол алгасна) / Contacts in Australia (skip if none)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Асуулт / Question</w:t>
            </w:r>
          </w:p>
        </w:tc>
        <w:tc>
          <w:tcPr>
            <w:tcW w:type="dxa" w:w="4320"/>
          </w:tcPr>
          <w:p>
            <w:r>
              <w:t>Хариулт / Answer</w:t>
            </w:r>
          </w:p>
        </w:tc>
      </w:tr>
      <w:tr>
        <w:tc>
          <w:tcPr>
            <w:tcW w:type="dxa" w:w="4320"/>
          </w:tcPr>
          <w:p>
            <w:r>
              <w:t>Нэр, хамаарал, хаяг, статус (иргэн/PR/виз), утас / Name, relationship, address, status, phone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Таныг урьсан бол: төрсөн огноо, юугаар туслах (байр, хоол, бүх зардал) / If inviting: DOB, support given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Урилга, хаягийн баримт, банкны хуулга илгээж чадах уу? / Can they send invitation, address proof, bank statement?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7. Өмнөх аялал, виз / Travel and visa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Асуулт / Question</w:t>
            </w:r>
          </w:p>
        </w:tc>
        <w:tc>
          <w:tcPr>
            <w:tcW w:type="dxa" w:w="1728"/>
          </w:tcPr>
          <w:p>
            <w:r>
              <w:t>Хүн 1 / Person 1</w:t>
            </w:r>
          </w:p>
        </w:tc>
        <w:tc>
          <w:tcPr>
            <w:tcW w:type="dxa" w:w="1728"/>
          </w:tcPr>
          <w:p>
            <w:r>
              <w:t>Хүн 2</w:t>
            </w:r>
          </w:p>
        </w:tc>
        <w:tc>
          <w:tcPr>
            <w:tcW w:type="dxa" w:w="1728"/>
          </w:tcPr>
          <w:p>
            <w:r>
              <w:t>Хүн 3</w:t>
            </w:r>
          </w:p>
        </w:tc>
        <w:tc>
          <w:tcPr>
            <w:tcW w:type="dxa" w:w="1728"/>
          </w:tcPr>
          <w:p>
            <w:r>
              <w:t>Хүн 4</w:t>
            </w:r>
          </w:p>
        </w:tc>
      </w:tr>
      <w:tr>
        <w:tc>
          <w:tcPr>
            <w:tcW w:type="dxa" w:w="1728"/>
          </w:tcPr>
          <w:p>
            <w:r>
              <w:t>Австралид очиж байсан уу? (хэзээ, виз) / Been to Australia?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Австралийн визэд өргөдөл гаргаж байсан уу? / Applied for an Australian visa?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Аль нэг улс виз татгалзаж/цуцалж байсан уу? / Any visa refused or cancelled?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Визийн хугацаа хэтрүүлж байсан уу? / Overstayed?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Сүүлийн 10 жилд очсон улсууд, огноо / Countries visited in last 10 years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8. Ажил / Employment (ажилгүй бол алгасна / skip if not working)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Асуулт / Question</w:t>
            </w:r>
          </w:p>
        </w:tc>
        <w:tc>
          <w:tcPr>
            <w:tcW w:type="dxa" w:w="1728"/>
          </w:tcPr>
          <w:p>
            <w:r>
              <w:t>Хүн 1 / Person 1</w:t>
            </w:r>
          </w:p>
        </w:tc>
        <w:tc>
          <w:tcPr>
            <w:tcW w:type="dxa" w:w="1728"/>
          </w:tcPr>
          <w:p>
            <w:r>
              <w:t>Хүн 2</w:t>
            </w:r>
          </w:p>
        </w:tc>
        <w:tc>
          <w:tcPr>
            <w:tcW w:type="dxa" w:w="1728"/>
          </w:tcPr>
          <w:p>
            <w:r>
              <w:t>Хүн 3</w:t>
            </w:r>
          </w:p>
        </w:tc>
        <w:tc>
          <w:tcPr>
            <w:tcW w:type="dxa" w:w="1728"/>
          </w:tcPr>
          <w:p>
            <w:r>
              <w:t>Хүн 4</w:t>
            </w:r>
          </w:p>
        </w:tc>
      </w:tr>
      <w:tr>
        <w:tc>
          <w:tcPr>
            <w:tcW w:type="dxa" w:w="1728"/>
          </w:tcPr>
          <w:p>
            <w:r>
              <w:t>Ажлын газар, хаяг, утас / Employer, address, phone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Албан тушаал, эхэлсэн огноо / Position, start date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Сарын цалин / Monthly salary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Чөлөөний огноо / Leave dates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Хувиараа бизнес эрхэлдэг бол: компанийн нэр, РД / Self-employed: company, reg. no.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9. Сургууль / School (сурагч биш бол алгасна / skip if not a student)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Асуулт / Question</w:t>
            </w:r>
          </w:p>
        </w:tc>
        <w:tc>
          <w:tcPr>
            <w:tcW w:type="dxa" w:w="1728"/>
          </w:tcPr>
          <w:p>
            <w:r>
              <w:t>Хүн 1 / Person 1</w:t>
            </w:r>
          </w:p>
        </w:tc>
        <w:tc>
          <w:tcPr>
            <w:tcW w:type="dxa" w:w="1728"/>
          </w:tcPr>
          <w:p>
            <w:r>
              <w:t>Хүн 2</w:t>
            </w:r>
          </w:p>
        </w:tc>
        <w:tc>
          <w:tcPr>
            <w:tcW w:type="dxa" w:w="1728"/>
          </w:tcPr>
          <w:p>
            <w:r>
              <w:t>Хүн 3</w:t>
            </w:r>
          </w:p>
        </w:tc>
        <w:tc>
          <w:tcPr>
            <w:tcW w:type="dxa" w:w="1728"/>
          </w:tcPr>
          <w:p>
            <w:r>
              <w:t>Хүн 4</w:t>
            </w:r>
          </w:p>
        </w:tc>
      </w:tr>
      <w:tr>
        <w:tc>
          <w:tcPr>
            <w:tcW w:type="dxa" w:w="1728"/>
          </w:tcPr>
          <w:p>
            <w:r>
              <w:t>Сургууль, анги / School, grade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Хичээлийн жил / Academic year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10. Санхүү / Funds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Асуулт / Question</w:t>
            </w:r>
          </w:p>
        </w:tc>
        <w:tc>
          <w:tcPr>
            <w:tcW w:type="dxa" w:w="4320"/>
          </w:tcPr>
          <w:p>
            <w:r>
              <w:t>Хариулт / Answer</w:t>
            </w:r>
          </w:p>
        </w:tc>
      </w:tr>
      <w:tr>
        <w:tc>
          <w:tcPr>
            <w:tcW w:type="dxa" w:w="4320"/>
          </w:tcPr>
          <w:p>
            <w:r>
              <w:t>Банкны данс: банк, эзэмшигч, валют, үлдэгдэл / Bank account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Бусад хөрөнгө (байр, машин, хадгаламж) / Other assets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Зардлыг өөр хүн төлөх бол: нэр, хамаарал, орлого (хамаарахгүй бол алгасна) / If someone else pays (skip if N/A)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11. Эрүүл мэнд / Health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Асуулт / Question</w:t>
            </w:r>
          </w:p>
        </w:tc>
        <w:tc>
          <w:tcPr>
            <w:tcW w:type="dxa" w:w="1728"/>
          </w:tcPr>
          <w:p>
            <w:r>
              <w:t>Хүн 1 / Person 1</w:t>
            </w:r>
          </w:p>
        </w:tc>
        <w:tc>
          <w:tcPr>
            <w:tcW w:type="dxa" w:w="1728"/>
          </w:tcPr>
          <w:p>
            <w:r>
              <w:t>Хүн 2</w:t>
            </w:r>
          </w:p>
        </w:tc>
        <w:tc>
          <w:tcPr>
            <w:tcW w:type="dxa" w:w="1728"/>
          </w:tcPr>
          <w:p>
            <w:r>
              <w:t>Хүн 3</w:t>
            </w:r>
          </w:p>
        </w:tc>
        <w:tc>
          <w:tcPr>
            <w:tcW w:type="dxa" w:w="1728"/>
          </w:tcPr>
          <w:p>
            <w:r>
              <w:t>Хүн 4</w:t>
            </w:r>
          </w:p>
        </w:tc>
      </w:tr>
      <w:tr>
        <w:tc>
          <w:tcPr>
            <w:tcW w:type="dxa" w:w="1728"/>
          </w:tcPr>
          <w:p>
            <w:r>
              <w:t>Сүүлийн 5 жилд 3 сараас дээш хугацаагаар өөр улсад байсан уу? / Lived 3+ months in another country in last 5 years?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Сүрьеэ өвчин туссан, сүрьеэтэй хүнтэй ойр байсан уу? / Tuberculosis or contact?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Австралид эмчилгээ хийлгэх үү? Жирэмсэн үү? / Medical treatment in Australia? Pregnant?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12. Хууль / Character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Асуулт / Question</w:t>
            </w:r>
          </w:p>
        </w:tc>
        <w:tc>
          <w:tcPr>
            <w:tcW w:type="dxa" w:w="1728"/>
          </w:tcPr>
          <w:p>
            <w:r>
              <w:t>Хүн 1 / Person 1</w:t>
            </w:r>
          </w:p>
        </w:tc>
        <w:tc>
          <w:tcPr>
            <w:tcW w:type="dxa" w:w="1728"/>
          </w:tcPr>
          <w:p>
            <w:r>
              <w:t>Хүн 2</w:t>
            </w:r>
          </w:p>
        </w:tc>
        <w:tc>
          <w:tcPr>
            <w:tcW w:type="dxa" w:w="1728"/>
          </w:tcPr>
          <w:p>
            <w:r>
              <w:t>Хүн 3</w:t>
            </w:r>
          </w:p>
        </w:tc>
        <w:tc>
          <w:tcPr>
            <w:tcW w:type="dxa" w:w="1728"/>
          </w:tcPr>
          <w:p>
            <w:r>
              <w:t>Хүн 4</w:t>
            </w:r>
          </w:p>
        </w:tc>
      </w:tr>
      <w:tr>
        <w:tc>
          <w:tcPr>
            <w:tcW w:type="dxa" w:w="1728"/>
          </w:tcPr>
          <w:p>
            <w:r>
              <w:t>Аль ч улсад ял шийтгүүлж, яллагдаж байсан уу? / Ever convicted or charged anywhere?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Аль нэг улсаас албадан гаргагдаж байсан уу? / Ever deported or removed?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Цэргийн алба хаасан уу? (тийм бол огноо) / Military service?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13. Хүүхэд эцэг эхийн аль нэгтэй л явах бол (хамаарахгүй бол алгасна) / Child travelling without one parent (skip if N/A)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Асуулт / Question</w:t>
            </w:r>
          </w:p>
        </w:tc>
        <w:tc>
          <w:tcPr>
            <w:tcW w:type="dxa" w:w="4320"/>
          </w:tcPr>
          <w:p>
            <w:r>
              <w:t>Хариулт / Answer</w:t>
            </w:r>
          </w:p>
        </w:tc>
      </w:tr>
      <w:tr>
        <w:tc>
          <w:tcPr>
            <w:tcW w:type="dxa" w:w="4320"/>
          </w:tcPr>
          <w:p>
            <w:r>
              <w:t>Хамт явахгүй эцэг/эхийн нэр, утас, хаяг / Non-travelling parent: name, phone,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Тэр хүн зөвшөөрлийн маягт (Form 1229)-д гарын үсэг зурж, үнэмлэхний хуулбар өгөх үү? / Will they sign Form 1229 and give ID copy?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14. Баталгаа / Declaration</w:t>
      </w:r>
    </w:p>
    <w:p>
      <w:r>
        <w:t>Энэ асуулгын хариулт үнэн зөв, бүрэн болохыг баталж байна. Хариултыг визийн өргөдөлд оруулахыг зөвшөөрч байна. / I confirm these answers are true and complete and agree that they are used in the visa application.</w:t>
      </w:r>
    </w:p>
    <w:p>
      <w:r>
        <w:t>Нэр / Name: ____________________   Огноо / Date: ____________   Гарын үсэг / Signature: 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